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A6EBE" w14:textId="7B27D80E" w:rsidR="004442DA" w:rsidRPr="000F77CF" w:rsidRDefault="00E32230" w:rsidP="000F77CF">
      <w:pPr>
        <w:jc w:val="center"/>
        <w:rPr>
          <w:rFonts w:ascii="Arial" w:hAnsi="Arial" w:cs="Arial"/>
          <w:sz w:val="20"/>
          <w:szCs w:val="20"/>
        </w:rPr>
      </w:pPr>
      <w:r w:rsidRPr="000F77CF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Title (Capitalized)</w:t>
      </w:r>
    </w:p>
    <w:p w14:paraId="30D6BBE3" w14:textId="626635BB" w:rsidR="00E32230" w:rsidRPr="000F77CF" w:rsidRDefault="00E32230" w:rsidP="000F77CF">
      <w:pPr>
        <w:pStyle w:val="Authors"/>
        <w:spacing w:before="240" w:after="240" w:line="240" w:lineRule="exact"/>
        <w:rPr>
          <w:rFonts w:cs="Arial"/>
          <w:color w:val="1F497D" w:themeColor="text2"/>
          <w:sz w:val="20"/>
          <w:szCs w:val="20"/>
          <w:lang w:val="en-US"/>
        </w:rPr>
      </w:pPr>
      <w:r w:rsidRPr="000F77CF">
        <w:rPr>
          <w:rFonts w:cs="Arial"/>
          <w:sz w:val="20"/>
          <w:szCs w:val="20"/>
          <w:lang w:val="en-US"/>
        </w:rPr>
        <w:t>Author(s),</w:t>
      </w:r>
      <w:r w:rsidRPr="000F77CF">
        <w:rPr>
          <w:rFonts w:cs="Arial"/>
          <w:sz w:val="20"/>
          <w:szCs w:val="20"/>
          <w:vertAlign w:val="superscript"/>
          <w:lang w:val="en-US"/>
        </w:rPr>
        <w:t>[b]</w:t>
      </w:r>
      <w:r w:rsidRPr="000F77CF">
        <w:rPr>
          <w:rFonts w:cs="Arial"/>
          <w:sz w:val="20"/>
          <w:szCs w:val="20"/>
          <w:lang w:val="en-US"/>
        </w:rPr>
        <w:t xml:space="preserve"> and Corresponding Author(s)*</w:t>
      </w:r>
      <w:r w:rsidRPr="000F77CF">
        <w:rPr>
          <w:rFonts w:cs="Arial"/>
          <w:sz w:val="20"/>
          <w:szCs w:val="20"/>
          <w:vertAlign w:val="superscript"/>
          <w:lang w:val="en-US"/>
        </w:rPr>
        <w:t>[a]</w:t>
      </w:r>
      <w:r w:rsidRPr="000F77CF">
        <w:rPr>
          <w:rFonts w:cs="Arial"/>
          <w:sz w:val="20"/>
          <w:szCs w:val="20"/>
          <w:lang w:val="en-US"/>
        </w:rPr>
        <w:t xml:space="preserve"> </w:t>
      </w:r>
      <w:bookmarkStart w:id="0" w:name="_Hlk108697789"/>
      <w:r w:rsidRPr="000F77CF">
        <w:rPr>
          <w:rFonts w:cs="Arial"/>
          <w:color w:val="1F497D" w:themeColor="text2"/>
          <w:sz w:val="20"/>
          <w:szCs w:val="20"/>
          <w:lang w:val="en-US"/>
        </w:rPr>
        <w:t>(Write out full first and last names, asterisk for corresponding author(s))</w:t>
      </w:r>
      <w:bookmarkEnd w:id="0"/>
    </w:p>
    <w:p w14:paraId="53C6D182" w14:textId="77777777" w:rsidR="00E32230" w:rsidRPr="000F77CF" w:rsidRDefault="00E32230" w:rsidP="000F77CF">
      <w:pPr>
        <w:pStyle w:val="Adress"/>
        <w:pBdr>
          <w:top w:val="single" w:sz="4" w:space="1" w:color="000000"/>
        </w:pBdr>
        <w:spacing w:before="240" w:after="240" w:line="276" w:lineRule="auto"/>
        <w:ind w:left="630" w:hanging="630"/>
        <w:rPr>
          <w:rFonts w:cs="Arial"/>
          <w:color w:val="1F497D" w:themeColor="text2"/>
          <w:sz w:val="18"/>
          <w:szCs w:val="18"/>
          <w:lang w:val="en-US"/>
        </w:rPr>
      </w:pPr>
      <w:r w:rsidRPr="000F77CF">
        <w:rPr>
          <w:rFonts w:cs="Arial"/>
          <w:sz w:val="18"/>
          <w:szCs w:val="18"/>
          <w:lang w:val="en-US"/>
        </w:rPr>
        <w:t>[a]</w:t>
      </w:r>
      <w:r w:rsidRPr="000F77CF">
        <w:rPr>
          <w:rFonts w:cs="Arial"/>
          <w:sz w:val="18"/>
          <w:szCs w:val="18"/>
          <w:lang w:val="en-US"/>
        </w:rPr>
        <w:tab/>
        <w:t>Title(s), Initial(s), Surname(s) of Author(s) including Corresponding Author(s)</w:t>
      </w:r>
      <w:r w:rsidRPr="000F77CF">
        <w:rPr>
          <w:rFonts w:cs="Arial"/>
          <w:sz w:val="18"/>
          <w:szCs w:val="18"/>
          <w:lang w:val="en-US"/>
        </w:rPr>
        <w:br/>
        <w:t>Department</w:t>
      </w:r>
      <w:r w:rsidRPr="000F77CF">
        <w:rPr>
          <w:rFonts w:cs="Arial"/>
          <w:sz w:val="18"/>
          <w:szCs w:val="18"/>
          <w:lang w:val="en-US"/>
        </w:rPr>
        <w:br/>
        <w:t>Institution</w:t>
      </w:r>
      <w:r w:rsidRPr="000F77CF">
        <w:rPr>
          <w:rFonts w:cs="Arial"/>
          <w:sz w:val="18"/>
          <w:szCs w:val="18"/>
          <w:lang w:val="en-US"/>
        </w:rPr>
        <w:br/>
        <w:t>Address 1</w:t>
      </w:r>
      <w:r w:rsidRPr="000F77CF">
        <w:rPr>
          <w:rFonts w:cs="Arial"/>
          <w:sz w:val="18"/>
          <w:szCs w:val="18"/>
          <w:lang w:val="en-US"/>
        </w:rPr>
        <w:br/>
        <w:t>E-mail:</w:t>
      </w:r>
      <w:bookmarkStart w:id="1" w:name="_Hlk108697847"/>
      <w:r w:rsidRPr="000F77CF">
        <w:rPr>
          <w:rFonts w:cs="Arial"/>
          <w:sz w:val="18"/>
          <w:szCs w:val="18"/>
          <w:lang w:val="en-US"/>
        </w:rPr>
        <w:t xml:space="preserve"> </w:t>
      </w:r>
      <w:r w:rsidRPr="000F77CF">
        <w:rPr>
          <w:rFonts w:cs="Arial"/>
          <w:color w:val="1F497D" w:themeColor="text2"/>
          <w:sz w:val="18"/>
          <w:szCs w:val="18"/>
          <w:lang w:val="en-US"/>
        </w:rPr>
        <w:t>((Insert e-mail address(es) of all corresponding author(s).))</w:t>
      </w:r>
      <w:bookmarkEnd w:id="1"/>
    </w:p>
    <w:p w14:paraId="0D605C25" w14:textId="77777777" w:rsidR="00E32230" w:rsidRPr="000F77CF" w:rsidRDefault="00E32230" w:rsidP="000F77CF">
      <w:pPr>
        <w:pStyle w:val="Adress"/>
        <w:spacing w:before="240" w:after="240" w:line="276" w:lineRule="auto"/>
        <w:ind w:left="630" w:hanging="630"/>
        <w:rPr>
          <w:rFonts w:cs="Arial"/>
          <w:sz w:val="18"/>
          <w:szCs w:val="18"/>
          <w:lang w:val="en-US"/>
        </w:rPr>
      </w:pPr>
      <w:r w:rsidRPr="000F77CF">
        <w:rPr>
          <w:rFonts w:cs="Arial"/>
          <w:sz w:val="18"/>
          <w:szCs w:val="18"/>
          <w:lang w:val="en-US"/>
        </w:rPr>
        <w:t>[b]</w:t>
      </w:r>
      <w:r w:rsidRPr="000F77CF">
        <w:rPr>
          <w:rFonts w:cs="Arial"/>
          <w:sz w:val="18"/>
          <w:szCs w:val="18"/>
          <w:lang w:val="en-US"/>
        </w:rPr>
        <w:tab/>
        <w:t>Title(s), Initial(s), Surname(s) of Author(s)</w:t>
      </w:r>
      <w:r w:rsidRPr="000F77CF">
        <w:rPr>
          <w:rFonts w:cs="Arial"/>
          <w:sz w:val="18"/>
          <w:szCs w:val="18"/>
          <w:lang w:val="en-US"/>
        </w:rPr>
        <w:br/>
        <w:t>Department</w:t>
      </w:r>
      <w:r w:rsidRPr="000F77CF">
        <w:rPr>
          <w:rFonts w:cs="Arial"/>
          <w:sz w:val="18"/>
          <w:szCs w:val="18"/>
          <w:lang w:val="en-US"/>
        </w:rPr>
        <w:br/>
        <w:t>Institution</w:t>
      </w:r>
      <w:r w:rsidRPr="000F77CF">
        <w:rPr>
          <w:rFonts w:cs="Arial"/>
          <w:sz w:val="18"/>
          <w:szCs w:val="18"/>
          <w:lang w:val="en-US"/>
        </w:rPr>
        <w:br/>
        <w:t>Address 2</w:t>
      </w:r>
    </w:p>
    <w:p w14:paraId="3E2E7911" w14:textId="77777777" w:rsidR="00E32230" w:rsidRPr="000F77CF" w:rsidRDefault="00E32230">
      <w:pPr>
        <w:rPr>
          <w:rFonts w:ascii="Arial" w:hAnsi="Arial" w:cs="Arial"/>
          <w:sz w:val="24"/>
          <w:szCs w:val="24"/>
        </w:rPr>
      </w:pPr>
    </w:p>
    <w:p w14:paraId="6A2CAB7C" w14:textId="1CA784F4" w:rsidR="000F77CF" w:rsidRPr="000F77CF" w:rsidRDefault="00E32230">
      <w:pPr>
        <w:rPr>
          <w:rFonts w:ascii="Arial" w:hAnsi="Arial" w:cs="Arial"/>
          <w:sz w:val="24"/>
          <w:szCs w:val="24"/>
        </w:rPr>
      </w:pPr>
      <w:r w:rsidRPr="000F77CF">
        <w:rPr>
          <w:rFonts w:ascii="Arial" w:hAnsi="Arial" w:cs="Arial"/>
          <w:b/>
          <w:sz w:val="24"/>
          <w:szCs w:val="24"/>
        </w:rPr>
        <w:t>Abstract:</w:t>
      </w:r>
      <w:r w:rsidRPr="000F77CF">
        <w:rPr>
          <w:rFonts w:ascii="Arial" w:hAnsi="Arial" w:cs="Arial"/>
          <w:sz w:val="24"/>
          <w:szCs w:val="24"/>
        </w:rPr>
        <w:t xml:space="preserve"> Insert abstract text here. (Maximum </w:t>
      </w:r>
      <w:r w:rsidR="000910BF">
        <w:rPr>
          <w:rFonts w:ascii="Arial" w:hAnsi="Arial" w:cs="Arial"/>
          <w:sz w:val="24"/>
          <w:szCs w:val="24"/>
        </w:rPr>
        <w:t>250</w:t>
      </w:r>
      <w:r w:rsidRPr="000F77CF">
        <w:rPr>
          <w:rFonts w:ascii="Arial" w:hAnsi="Arial" w:cs="Arial"/>
          <w:sz w:val="24"/>
          <w:szCs w:val="24"/>
        </w:rPr>
        <w:t xml:space="preserve"> words including figure caption)</w:t>
      </w:r>
      <w:r w:rsidRPr="000F77CF">
        <w:rPr>
          <w:rFonts w:ascii="Arial" w:hAnsi="Arial" w:cs="Arial"/>
          <w:sz w:val="24"/>
          <w:szCs w:val="24"/>
        </w:rPr>
        <w:br/>
      </w:r>
    </w:p>
    <w:p w14:paraId="0DD17D09" w14:textId="77777777" w:rsidR="000F77CF" w:rsidRPr="000F77CF" w:rsidRDefault="000F77CF">
      <w:pPr>
        <w:rPr>
          <w:rFonts w:ascii="Arial" w:hAnsi="Arial" w:cs="Arial"/>
          <w:sz w:val="24"/>
          <w:szCs w:val="24"/>
        </w:rPr>
      </w:pPr>
    </w:p>
    <w:p w14:paraId="4A85356C" w14:textId="77777777" w:rsidR="000F77CF" w:rsidRPr="000F77CF" w:rsidRDefault="000F77CF">
      <w:pPr>
        <w:rPr>
          <w:rFonts w:ascii="Arial" w:hAnsi="Arial" w:cs="Arial"/>
          <w:sz w:val="24"/>
          <w:szCs w:val="24"/>
        </w:rPr>
      </w:pPr>
    </w:p>
    <w:p w14:paraId="75A7AC8D" w14:textId="77777777" w:rsidR="000F77CF" w:rsidRDefault="000F77CF">
      <w:pPr>
        <w:rPr>
          <w:rFonts w:ascii="Arial" w:hAnsi="Arial" w:cs="Arial"/>
          <w:sz w:val="24"/>
          <w:szCs w:val="24"/>
        </w:rPr>
      </w:pPr>
    </w:p>
    <w:p w14:paraId="7162D66E" w14:textId="77777777" w:rsidR="000F77CF" w:rsidRDefault="000F77CF">
      <w:pPr>
        <w:rPr>
          <w:rFonts w:ascii="Arial" w:hAnsi="Arial" w:cs="Arial"/>
          <w:sz w:val="24"/>
          <w:szCs w:val="24"/>
        </w:rPr>
      </w:pPr>
    </w:p>
    <w:p w14:paraId="7B7EC962" w14:textId="77777777" w:rsidR="000F77CF" w:rsidRDefault="000F77CF">
      <w:pPr>
        <w:rPr>
          <w:rFonts w:ascii="Arial" w:hAnsi="Arial" w:cs="Arial"/>
          <w:sz w:val="24"/>
          <w:szCs w:val="24"/>
        </w:rPr>
      </w:pPr>
    </w:p>
    <w:p w14:paraId="18A38EE5" w14:textId="77777777" w:rsidR="000F77CF" w:rsidRPr="000F77CF" w:rsidRDefault="000F77CF">
      <w:pPr>
        <w:rPr>
          <w:rFonts w:ascii="Arial" w:hAnsi="Arial" w:cs="Arial"/>
          <w:sz w:val="24"/>
          <w:szCs w:val="24"/>
        </w:rPr>
      </w:pPr>
    </w:p>
    <w:p w14:paraId="041CC698" w14:textId="77777777" w:rsidR="000F77CF" w:rsidRPr="000F77CF" w:rsidRDefault="000F77CF">
      <w:pPr>
        <w:rPr>
          <w:rFonts w:ascii="Arial" w:hAnsi="Arial" w:cs="Arial"/>
          <w:sz w:val="24"/>
          <w:szCs w:val="24"/>
        </w:rPr>
      </w:pPr>
    </w:p>
    <w:p w14:paraId="67CB3C98" w14:textId="24FDD864" w:rsidR="00702778" w:rsidRPr="000F77CF" w:rsidRDefault="00000000">
      <w:pPr>
        <w:rPr>
          <w:rFonts w:ascii="Arial" w:hAnsi="Arial" w:cs="Arial"/>
          <w:sz w:val="20"/>
          <w:szCs w:val="20"/>
        </w:rPr>
      </w:pPr>
      <w:r w:rsidRPr="000F77CF">
        <w:rPr>
          <w:rFonts w:ascii="Arial" w:hAnsi="Arial" w:cs="Arial"/>
          <w:sz w:val="24"/>
          <w:szCs w:val="24"/>
        </w:rPr>
        <w:br/>
      </w:r>
      <w:r w:rsidRPr="000F77CF">
        <w:rPr>
          <w:rFonts w:ascii="Arial" w:hAnsi="Arial" w:cs="Arial"/>
          <w:sz w:val="24"/>
          <w:szCs w:val="24"/>
        </w:rPr>
        <w:br/>
      </w:r>
      <w:r w:rsidRPr="000F77CF">
        <w:rPr>
          <w:rFonts w:ascii="Arial" w:hAnsi="Arial" w:cs="Arial"/>
          <w:b/>
          <w:bCs/>
          <w:sz w:val="20"/>
          <w:szCs w:val="20"/>
        </w:rPr>
        <w:t>Figure 1.</w:t>
      </w:r>
      <w:r w:rsidRPr="000F77CF">
        <w:rPr>
          <w:rFonts w:ascii="Arial" w:hAnsi="Arial" w:cs="Arial"/>
          <w:sz w:val="20"/>
          <w:szCs w:val="20"/>
        </w:rPr>
        <w:t xml:space="preserve"> Brief descriptive caption of the graphical abstract or key schematic. The caption counts toward the total word limit.</w:t>
      </w:r>
      <w:r w:rsidR="000F77CF" w:rsidRPr="000F77CF">
        <w:rPr>
          <w:rFonts w:ascii="Arial" w:hAnsi="Arial" w:cs="Arial"/>
          <w:sz w:val="20"/>
          <w:szCs w:val="20"/>
        </w:rPr>
        <w:t xml:space="preserve"> </w:t>
      </w:r>
      <w:r w:rsidR="000F77CF" w:rsidRPr="000F77CF">
        <w:rPr>
          <w:rFonts w:ascii="Arial" w:hAnsi="Arial" w:cs="Arial"/>
          <w:color w:val="1F497D" w:themeColor="text2"/>
          <w:sz w:val="20"/>
          <w:szCs w:val="20"/>
        </w:rPr>
        <w:t>(OPTIONAL)</w:t>
      </w:r>
    </w:p>
    <w:p w14:paraId="3D694F8A" w14:textId="77777777" w:rsidR="000F77CF" w:rsidRPr="000F77CF" w:rsidRDefault="000F77CF">
      <w:pPr>
        <w:rPr>
          <w:rFonts w:ascii="Arial" w:hAnsi="Arial" w:cs="Arial"/>
          <w:sz w:val="20"/>
          <w:szCs w:val="20"/>
        </w:rPr>
      </w:pPr>
    </w:p>
    <w:p w14:paraId="546E4AFB" w14:textId="77777777" w:rsidR="000F77CF" w:rsidRPr="000F77CF" w:rsidRDefault="000F77CF">
      <w:pPr>
        <w:rPr>
          <w:rFonts w:ascii="Arial" w:hAnsi="Arial" w:cs="Arial"/>
          <w:sz w:val="20"/>
          <w:szCs w:val="20"/>
        </w:rPr>
      </w:pPr>
    </w:p>
    <w:p w14:paraId="332FAC67" w14:textId="77777777" w:rsidR="004442DA" w:rsidRPr="000F77CF" w:rsidRDefault="004442DA" w:rsidP="004442DA">
      <w:pPr>
        <w:spacing w:line="360" w:lineRule="auto"/>
        <w:rPr>
          <w:rFonts w:ascii="Arial" w:hAnsi="Arial" w:cs="Arial"/>
          <w:b/>
        </w:rPr>
      </w:pPr>
      <w:r w:rsidRPr="000F77CF">
        <w:rPr>
          <w:rFonts w:ascii="Arial" w:hAnsi="Arial" w:cs="Arial"/>
          <w:b/>
        </w:rPr>
        <w:t>References</w:t>
      </w:r>
    </w:p>
    <w:p w14:paraId="49483C34" w14:textId="66B8B539" w:rsidR="00E32230" w:rsidRPr="00E32230" w:rsidRDefault="00E32230" w:rsidP="00E32230">
      <w:pPr>
        <w:rPr>
          <w:rFonts w:ascii="Arial" w:hAnsi="Arial" w:cs="Arial"/>
          <w:color w:val="000000" w:themeColor="text1"/>
          <w:shd w:val="clear" w:color="auto" w:fill="FFFFFF"/>
        </w:rPr>
      </w:pPr>
      <w:r w:rsidRPr="00E32230">
        <w:rPr>
          <w:rFonts w:ascii="Arial" w:hAnsi="Arial" w:cs="Arial"/>
          <w:color w:val="000000" w:themeColor="text1"/>
          <w:shd w:val="clear" w:color="auto" w:fill="FFFFFF"/>
        </w:rPr>
        <w:t>[1]</w:t>
      </w:r>
      <w:r w:rsidRPr="00E32230">
        <w:rPr>
          <w:rFonts w:ascii="Arial" w:hAnsi="Arial" w:cs="Arial"/>
          <w:color w:val="000000" w:themeColor="text1"/>
          <w:shd w:val="clear" w:color="auto" w:fill="FFFFFF"/>
        </w:rPr>
        <w:tab/>
        <w:t xml:space="preserve">A. </w:t>
      </w:r>
      <w:r w:rsidRPr="000F77CF">
        <w:rPr>
          <w:rFonts w:ascii="Arial" w:hAnsi="Arial" w:cs="Arial"/>
          <w:color w:val="000000" w:themeColor="text1"/>
          <w:shd w:val="clear" w:color="auto" w:fill="FFFFFF"/>
        </w:rPr>
        <w:t>Author</w:t>
      </w:r>
      <w:r w:rsidRPr="00E32230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r w:rsidRPr="000F77CF">
        <w:rPr>
          <w:rFonts w:ascii="Arial" w:hAnsi="Arial" w:cs="Arial"/>
          <w:color w:val="000000" w:themeColor="text1"/>
          <w:shd w:val="clear" w:color="auto" w:fill="FFFFFF"/>
        </w:rPr>
        <w:t>et.al.</w:t>
      </w:r>
      <w:r w:rsidRPr="00E32230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r w:rsidR="000F77CF" w:rsidRPr="000F77CF">
        <w:rPr>
          <w:rFonts w:ascii="Arial" w:hAnsi="Arial" w:cs="Arial"/>
          <w:i/>
          <w:iCs/>
          <w:color w:val="000000" w:themeColor="text1"/>
          <w:shd w:val="clear" w:color="auto" w:fill="FFFFFF"/>
        </w:rPr>
        <w:t>Journal Name</w:t>
      </w:r>
      <w:r w:rsidRPr="00E32230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0F77CF" w:rsidRPr="000F77CF">
        <w:rPr>
          <w:rFonts w:ascii="Arial" w:hAnsi="Arial" w:cs="Arial"/>
          <w:b/>
          <w:bCs/>
          <w:color w:val="000000" w:themeColor="text1"/>
          <w:shd w:val="clear" w:color="auto" w:fill="FFFFFF"/>
        </w:rPr>
        <w:t>Issue No</w:t>
      </w:r>
      <w:r w:rsidRPr="00E32230">
        <w:rPr>
          <w:rFonts w:ascii="Arial" w:hAnsi="Arial" w:cs="Arial"/>
          <w:color w:val="000000" w:themeColor="text1"/>
          <w:shd w:val="clear" w:color="auto" w:fill="FFFFFF"/>
        </w:rPr>
        <w:t>, (</w:t>
      </w:r>
      <w:r w:rsidR="000F77CF" w:rsidRPr="000F77CF">
        <w:rPr>
          <w:rFonts w:ascii="Arial" w:hAnsi="Arial" w:cs="Arial"/>
          <w:color w:val="000000" w:themeColor="text1"/>
          <w:shd w:val="clear" w:color="auto" w:fill="FFFFFF"/>
        </w:rPr>
        <w:t>Year</w:t>
      </w:r>
      <w:r w:rsidRPr="00E32230">
        <w:rPr>
          <w:rFonts w:ascii="Arial" w:hAnsi="Arial" w:cs="Arial"/>
          <w:color w:val="000000" w:themeColor="text1"/>
          <w:shd w:val="clear" w:color="auto" w:fill="FFFFFF"/>
        </w:rPr>
        <w:t xml:space="preserve">): </w:t>
      </w:r>
      <w:r w:rsidR="000F77CF" w:rsidRPr="000F77CF">
        <w:rPr>
          <w:rFonts w:ascii="Arial" w:hAnsi="Arial" w:cs="Arial"/>
          <w:color w:val="000000" w:themeColor="text1"/>
          <w:shd w:val="clear" w:color="auto" w:fill="FFFFFF"/>
        </w:rPr>
        <w:t>Page number.</w:t>
      </w:r>
    </w:p>
    <w:p w14:paraId="2F3FF0A6" w14:textId="77777777" w:rsidR="004442DA" w:rsidRPr="000910BF" w:rsidRDefault="004442DA">
      <w:pPr>
        <w:rPr>
          <w:rFonts w:ascii="Arial" w:hAnsi="Arial" w:cs="Arial"/>
          <w:sz w:val="24"/>
          <w:szCs w:val="24"/>
        </w:rPr>
      </w:pPr>
    </w:p>
    <w:sectPr w:rsidR="004442DA" w:rsidRPr="000910BF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51086" w14:textId="77777777" w:rsidR="007409F9" w:rsidRDefault="007409F9" w:rsidP="002B4A48">
      <w:pPr>
        <w:spacing w:after="0" w:line="240" w:lineRule="auto"/>
      </w:pPr>
      <w:r>
        <w:separator/>
      </w:r>
    </w:p>
  </w:endnote>
  <w:endnote w:type="continuationSeparator" w:id="0">
    <w:p w14:paraId="5B067730" w14:textId="77777777" w:rsidR="007409F9" w:rsidRDefault="007409F9" w:rsidP="002B4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1487E" w14:textId="2EF3E841" w:rsidR="000F77CF" w:rsidRPr="000F77CF" w:rsidRDefault="00BA5E2E">
    <w:pPr>
      <w:pStyle w:val="Footer"/>
      <w:rPr>
        <w:rFonts w:ascii="Arial" w:hAnsi="Arial" w:cs="Arial"/>
      </w:rPr>
    </w:pPr>
    <w:r w:rsidRPr="00BA5E2E">
      <w:rPr>
        <w:rFonts w:ascii="Arial" w:hAnsi="Arial" w:cs="Aria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B236B09" wp14:editId="02455EE8">
              <wp:simplePos x="0" y="0"/>
              <wp:positionH relativeFrom="column">
                <wp:posOffset>3976370</wp:posOffset>
              </wp:positionH>
              <wp:positionV relativeFrom="paragraph">
                <wp:posOffset>27305</wp:posOffset>
              </wp:positionV>
              <wp:extent cx="2355573" cy="548640"/>
              <wp:effectExtent l="0" t="0" r="6985" b="3810"/>
              <wp:wrapNone/>
              <wp:docPr id="16" name="Freeform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355573" cy="548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08950" h="839582">
                            <a:moveTo>
                              <a:pt x="0" y="0"/>
                            </a:moveTo>
                            <a:lnTo>
                              <a:pt x="3608950" y="0"/>
                            </a:lnTo>
                            <a:lnTo>
                              <a:pt x="3608950" y="839582"/>
                            </a:lnTo>
                            <a:lnTo>
                              <a:pt x="0" y="83958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4DB16" id="Freeform 16" o:spid="_x0000_s1026" style="position:absolute;margin-left:313.1pt;margin-top:2.15pt;width:185.5pt;height:4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08950,839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" path="m,l3608950,r,839582l,839582,,xe" stroked="f">
              <v:fill r:id="rId3" o:title="" recolor="t" rotate="t" type="frame"/>
              <v:path arrowok="t"/>
              <o:lock v:ext="edit" aspectratio="t"/>
            </v:shape>
          </w:pict>
        </mc:Fallback>
      </mc:AlternateContent>
    </w:r>
    <w:r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76DAAAE8" wp14:editId="2BE81A4A">
          <wp:simplePos x="0" y="0"/>
          <wp:positionH relativeFrom="margin">
            <wp:posOffset>2121535</wp:posOffset>
          </wp:positionH>
          <wp:positionV relativeFrom="margin">
            <wp:posOffset>8412480</wp:posOffset>
          </wp:positionV>
          <wp:extent cx="1314184" cy="548640"/>
          <wp:effectExtent l="0" t="0" r="635" b="3810"/>
          <wp:wrapSquare wrapText="bothSides"/>
          <wp:docPr id="149787420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184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39167425" wp14:editId="3A568B7A">
          <wp:simplePos x="0" y="0"/>
          <wp:positionH relativeFrom="margin">
            <wp:posOffset>-762000</wp:posOffset>
          </wp:positionH>
          <wp:positionV relativeFrom="margin">
            <wp:posOffset>8409305</wp:posOffset>
          </wp:positionV>
          <wp:extent cx="2343785" cy="548640"/>
          <wp:effectExtent l="0" t="0" r="0" b="3810"/>
          <wp:wrapSquare wrapText="bothSides"/>
          <wp:docPr id="82882706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1" t="19964" r="2499" b="23412"/>
                  <a:stretch>
                    <a:fillRect/>
                  </a:stretch>
                </pic:blipFill>
                <pic:spPr bwMode="auto">
                  <a:xfrm>
                    <a:off x="0" y="0"/>
                    <a:ext cx="234378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 wp14:anchorId="4F2E1A42" wp14:editId="2A1E3BC5">
              <wp:extent cx="304800" cy="304800"/>
              <wp:effectExtent l="0" t="0" r="0" b="0"/>
              <wp:docPr id="1125777039" name="Rectangle 4" descr="RPTU University Kaiserslautern-Landau - Wikip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D33F5E5" id="Rectangle 4" o:spid="_x0000_s1026" alt="RPTU University Kaiserslautern-Landau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BA0CE0E" wp14:editId="53DFCED7">
              <wp:extent cx="304800" cy="304800"/>
              <wp:effectExtent l="0" t="0" r="0" b="0"/>
              <wp:docPr id="1133385103" name="Rectangle 5" descr="RPTU University Kaiserslautern-Landau - Wikip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CAC7507" id="Rectangle 5" o:spid="_x0000_s1026" alt="RPTU University Kaiserslautern-Landau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FF0DD" w14:textId="77777777" w:rsidR="007409F9" w:rsidRDefault="007409F9" w:rsidP="002B4A48">
      <w:pPr>
        <w:spacing w:after="0" w:line="240" w:lineRule="auto"/>
      </w:pPr>
      <w:r>
        <w:separator/>
      </w:r>
    </w:p>
  </w:footnote>
  <w:footnote w:type="continuationSeparator" w:id="0">
    <w:p w14:paraId="76B187C0" w14:textId="77777777" w:rsidR="007409F9" w:rsidRDefault="007409F9" w:rsidP="002B4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1ABD1" w14:textId="17BE1FF0" w:rsidR="004442DA" w:rsidRPr="002B4A48" w:rsidRDefault="004442DA" w:rsidP="004442DA">
    <w:pPr>
      <w:pStyle w:val="Header"/>
      <w:tabs>
        <w:tab w:val="clear" w:pos="4680"/>
        <w:tab w:val="clear" w:pos="9360"/>
      </w:tabs>
      <w:jc w:val="center"/>
      <w:rPr>
        <w:rFonts w:ascii="Arial" w:hAnsi="Arial" w:cs="Arial"/>
        <w:caps/>
        <w:color w:val="000000" w:themeColor="text1"/>
      </w:rPr>
    </w:pPr>
    <w:r w:rsidRPr="004442DA">
      <w:rPr>
        <w:rFonts w:ascii="Arial" w:hAnsi="Arial" w:cs="Arial"/>
        <w:caps/>
        <w:noProof/>
        <w:color w:val="000000" w:themeColor="text1"/>
      </w:rPr>
      <mc:AlternateContent>
        <mc:Choice Requires="wps">
          <w:drawing>
            <wp:anchor distT="45720" distB="45720" distL="114300" distR="114300" simplePos="0" relativeHeight="251675136" behindDoc="0" locked="0" layoutInCell="1" allowOverlap="1" wp14:anchorId="0133EFB4" wp14:editId="5B2A8990">
              <wp:simplePos x="0" y="0"/>
              <wp:positionH relativeFrom="column">
                <wp:posOffset>1333500</wp:posOffset>
              </wp:positionH>
              <wp:positionV relativeFrom="paragraph">
                <wp:posOffset>-114300</wp:posOffset>
              </wp:positionV>
              <wp:extent cx="3383280" cy="2971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297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673BA" w14:textId="126CB457" w:rsidR="004442DA" w:rsidRPr="000F77CF" w:rsidRDefault="004442DA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de-DE"/>
                            </w:rPr>
                          </w:pPr>
                          <w:proofErr w:type="spellStart"/>
                          <w:r w:rsidRPr="000F77C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de-DE"/>
                            </w:rPr>
                            <w:t>Sustainable</w:t>
                          </w:r>
                          <w:proofErr w:type="spellEnd"/>
                          <w:r w:rsidRPr="000F77C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0F77C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de-DE"/>
                            </w:rPr>
                            <w:t>Polymeric</w:t>
                          </w:r>
                          <w:proofErr w:type="spellEnd"/>
                          <w:r w:rsidRPr="000F77C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de-DE"/>
                            </w:rPr>
                            <w:t xml:space="preserve"> Materials</w:t>
                          </w:r>
                          <w:r w:rsidR="00BA5E2E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de-DE"/>
                            </w:rPr>
                            <w:t xml:space="preserve"> 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3EF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5pt;margin-top:-9pt;width:266.4pt;height:23.4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" filled="f" stroked="f">
              <v:textbox>
                <w:txbxContent>
                  <w:p w14:paraId="3C5673BA" w14:textId="126CB457" w:rsidR="004442DA" w:rsidRPr="000F77CF" w:rsidRDefault="004442DA">
                    <w:pP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de-DE"/>
                      </w:rPr>
                    </w:pPr>
                    <w:proofErr w:type="spellStart"/>
                    <w:r w:rsidRPr="000F77CF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de-DE"/>
                      </w:rPr>
                      <w:t>Sustainable</w:t>
                    </w:r>
                    <w:proofErr w:type="spellEnd"/>
                    <w:r w:rsidRPr="000F77CF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de-DE"/>
                      </w:rPr>
                      <w:t xml:space="preserve"> </w:t>
                    </w:r>
                    <w:proofErr w:type="spellStart"/>
                    <w:r w:rsidRPr="000F77CF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de-DE"/>
                      </w:rPr>
                      <w:t>Polymeric</w:t>
                    </w:r>
                    <w:proofErr w:type="spellEnd"/>
                    <w:r w:rsidRPr="000F77CF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de-DE"/>
                      </w:rPr>
                      <w:t xml:space="preserve"> Materials</w:t>
                    </w:r>
                    <w:r w:rsidR="00BA5E2E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de-DE"/>
                      </w:rPr>
                      <w:t xml:space="preserve"> 2026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B4A48"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1" allowOverlap="1" wp14:anchorId="515B53A1" wp14:editId="73DC0710">
              <wp:simplePos x="0" y="0"/>
              <wp:positionH relativeFrom="margin">
                <wp:posOffset>1623060</wp:posOffset>
              </wp:positionH>
              <wp:positionV relativeFrom="margin">
                <wp:posOffset>-807720</wp:posOffset>
              </wp:positionV>
              <wp:extent cx="2240280" cy="771525"/>
              <wp:effectExtent l="0" t="0" r="0" b="9525"/>
              <wp:wrapSquare wrapText="bothSides"/>
              <wp:docPr id="43" name="Freeform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240280" cy="771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73888" h="1235167">
                            <a:moveTo>
                              <a:pt x="0" y="0"/>
                            </a:moveTo>
                            <a:lnTo>
                              <a:pt x="3573888" y="0"/>
                            </a:lnTo>
                            <a:lnTo>
                              <a:pt x="3573888" y="1235167"/>
                            </a:lnTo>
                            <a:lnTo>
                              <a:pt x="0" y="12351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lum bright="70000" contrast="-70000"/>
                        </a:blip>
                        <a:stretch>
                          <a:fillRect l="-6774" t="-16781" r="-3260" b="-55939"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52B716" id="Freeform 43" o:spid="_x0000_s1026" style="position:absolute;margin-left:127.8pt;margin-top:-63.6pt;width:176.4pt;height:60.7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573888,123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7MHBwIAAAAAQP6vjaC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rSHhwIAAAAAAjytx5ghQ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" path="m,l3573888,r,1235167l,1235167,,xe" stroked="f">
              <v:fill r:id="rId2" o:title="" recolor="t" rotate="t" type="frame"/>
              <v:imagedata gain="19661f" blacklevel="22938f"/>
              <v:path arrowok="t"/>
              <o:lock v:ext="edit" aspectratio="t"/>
              <w10:wrap type="square" anchorx="margin" anchory="margin"/>
            </v:shape>
          </w:pict>
        </mc:Fallback>
      </mc:AlternateContent>
    </w:r>
  </w:p>
  <w:p w14:paraId="0DCB2048" w14:textId="12440FA2" w:rsidR="002B4A48" w:rsidRPr="002B4A48" w:rsidRDefault="002B4A48" w:rsidP="002B4A48">
    <w:pPr>
      <w:pStyle w:val="Header"/>
      <w:tabs>
        <w:tab w:val="clear" w:pos="4680"/>
        <w:tab w:val="clear" w:pos="9360"/>
        <w:tab w:val="center" w:pos="4320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15D0A590" wp14:editId="233451ED">
          <wp:simplePos x="0" y="0"/>
          <wp:positionH relativeFrom="margin">
            <wp:posOffset>-762000</wp:posOffset>
          </wp:positionH>
          <wp:positionV relativeFrom="margin">
            <wp:posOffset>-704850</wp:posOffset>
          </wp:positionV>
          <wp:extent cx="1426464" cy="548640"/>
          <wp:effectExtent l="0" t="0" r="2540" b="0"/>
          <wp:wrapSquare wrapText="bothSides"/>
          <wp:docPr id="107295984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4" t="17078" r="10833" b="20000"/>
                  <a:stretch>
                    <a:fillRect/>
                  </a:stretch>
                </pic:blipFill>
                <pic:spPr bwMode="auto">
                  <a:xfrm>
                    <a:off x="0" y="0"/>
                    <a:ext cx="1426464" cy="548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0" locked="0" layoutInCell="1" allowOverlap="1" wp14:anchorId="5A25E486" wp14:editId="76577A33">
          <wp:simplePos x="0" y="0"/>
          <wp:positionH relativeFrom="margin">
            <wp:posOffset>4968240</wp:posOffset>
          </wp:positionH>
          <wp:positionV relativeFrom="margin">
            <wp:posOffset>-704850</wp:posOffset>
          </wp:positionV>
          <wp:extent cx="1097280" cy="548640"/>
          <wp:effectExtent l="0" t="0" r="7620" b="3810"/>
          <wp:wrapSquare wrapText="bothSides"/>
          <wp:docPr id="7663913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39134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6442D27"/>
    <w:multiLevelType w:val="hybridMultilevel"/>
    <w:tmpl w:val="DBCA4F80"/>
    <w:lvl w:ilvl="0" w:tplc="594AC3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350402">
    <w:abstractNumId w:val="8"/>
  </w:num>
  <w:num w:numId="2" w16cid:durableId="687407953">
    <w:abstractNumId w:val="6"/>
  </w:num>
  <w:num w:numId="3" w16cid:durableId="1876231440">
    <w:abstractNumId w:val="5"/>
  </w:num>
  <w:num w:numId="4" w16cid:durableId="475221879">
    <w:abstractNumId w:val="4"/>
  </w:num>
  <w:num w:numId="5" w16cid:durableId="548029360">
    <w:abstractNumId w:val="7"/>
  </w:num>
  <w:num w:numId="6" w16cid:durableId="1666325016">
    <w:abstractNumId w:val="3"/>
  </w:num>
  <w:num w:numId="7" w16cid:durableId="1582370364">
    <w:abstractNumId w:val="2"/>
  </w:num>
  <w:num w:numId="8" w16cid:durableId="488789421">
    <w:abstractNumId w:val="1"/>
  </w:num>
  <w:num w:numId="9" w16cid:durableId="1482187753">
    <w:abstractNumId w:val="0"/>
  </w:num>
  <w:num w:numId="10" w16cid:durableId="20943566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910BF"/>
    <w:rsid w:val="000B0C03"/>
    <w:rsid w:val="000F77CF"/>
    <w:rsid w:val="0015074B"/>
    <w:rsid w:val="001F6E0A"/>
    <w:rsid w:val="00242BC6"/>
    <w:rsid w:val="0029639D"/>
    <w:rsid w:val="002A0EC3"/>
    <w:rsid w:val="002B4A48"/>
    <w:rsid w:val="00326F90"/>
    <w:rsid w:val="004442DA"/>
    <w:rsid w:val="00702778"/>
    <w:rsid w:val="007409F9"/>
    <w:rsid w:val="008145D2"/>
    <w:rsid w:val="00AA1D8D"/>
    <w:rsid w:val="00B47730"/>
    <w:rsid w:val="00BA5E2E"/>
    <w:rsid w:val="00CB0664"/>
    <w:rsid w:val="00E3223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1CC95"/>
  <w14:defaultImageDpi w14:val="300"/>
  <w15:docId w15:val="{F2E1C731-75B5-432A-979B-5DE33EE5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pple-converted-space">
    <w:name w:val="apple-converted-space"/>
    <w:basedOn w:val="DefaultParagraphFont"/>
    <w:rsid w:val="004442DA"/>
  </w:style>
  <w:style w:type="paragraph" w:customStyle="1" w:styleId="Title1">
    <w:name w:val="Title1"/>
    <w:basedOn w:val="Normal"/>
    <w:next w:val="Normal"/>
    <w:qFormat/>
    <w:rsid w:val="00E32230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qFormat/>
    <w:rsid w:val="00E32230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customStyle="1" w:styleId="Dedication">
    <w:name w:val="Dedication"/>
    <w:basedOn w:val="Normal"/>
    <w:qFormat/>
    <w:rsid w:val="00E32230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Adress">
    <w:name w:val="Adress"/>
    <w:basedOn w:val="Normal"/>
    <w:qFormat/>
    <w:rsid w:val="00E32230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93</Words>
  <Characters>632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Sustainable Polymeric Materials</dc:title>
  <dc:subject/>
  <dc:creator>python-docx</dc:creator>
  <cp:keywords/>
  <dc:description>generated by python-docx</dc:description>
  <cp:lastModifiedBy>Bercis Pektaş</cp:lastModifiedBy>
  <cp:revision>5</cp:revision>
  <dcterms:created xsi:type="dcterms:W3CDTF">2013-12-23T23:15:00Z</dcterms:created>
  <dcterms:modified xsi:type="dcterms:W3CDTF">2026-02-09T14:10:00Z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11cfdc78-91f0-476f-8adb-6fbbf9c6e07a</vt:lpwstr>
  </property>
</Properties>
</file>